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הזירה – מתווכחים בכבוד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הדיבייט ושלביו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קריטריוני השיפוט במחוון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טיעונים ותגובות בכבוד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מגרילים נושא לדיון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לתמוך בעמדה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תמיד שני צדדים, בעד ונגד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בדף בשלב הטיימר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אחד מארבעת הקריטריונים הוא כבוד והקשבה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התייעצות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שלב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(הצגת העמדה הראשונית של הקבוצה)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(הבאת נימוקים ודוגמאות לתמיכה בעמדה)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(מענה לטענות של הצד השני)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(חיזוק העמדה בסוף הדיון)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השלבים בטיימר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– צד בעד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פתיחה – צד נגד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טיעונים – צד בעד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טיעונים – צד נגד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ברור שמציג עמדה תומכת בנושא שנבחר, בלי טיעונים אישיים פוגעניים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בהירות, ראיות, כבוד והקשבה, הפרכה ומענה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בטיעונים מציגים עמדה חדשה, בהפרכה עונים לצד השני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כאשר קבוצה מתנהגת בצורה מכבדת במיוחד במהלך הדיון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שלב אחד מהטיימר בכיתה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להסביר את המחוון בעזרת דוגמה קצרה לפני מילוי תרגילי ההתאמה וההשלמה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בתרגיל הכתיבה אפשר לעבוד בזוגות, אחד כותב בעד ואחד נגד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הזירה – מתווכחים בכבוד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הזירה שתי קבוצות מתווכחות על נושא שהוגרל, לפי שלבים עם טיימר, ובסוף שופטים אותן לפי מחוון עם ארבעה קריטריונים.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פתיחה  ·  התייעצות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עושים בשלב הראשון בזירה?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מגרילים נושא לדיון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נותנים 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מתחילים בהפרכה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קבוצות משתתפות בדיבייט בזירה?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תפקיד הצד ״בעד״?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לתמוך בעמדה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לשפוט את הקבוצה השנייה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לבחור את הנושא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בזירה יש רק צד אחד שמדבר במהלך הדיון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לבחור קצב טיימר: קצר, רגיל או ארוך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המחוון כולל קריטריון של כבוד והקשבה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בשלב ה__________ כל צד מציג לראשונה את העמדה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שלב ה__________ מתקיים בין שלב הטיעונים לשלב ההפרכה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שלב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חיזוק העמדה בסוף הדיון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טיעונים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מענה לטענות של הצד השני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הפרכה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הצגת העמדה הראשונית של הקבוצה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סיכום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הבאת נימוקים ודוגמאות לתמיכה בעמדה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השלבים בטיימר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טיעונים – צד נגד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טיעונים – צד בעד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פתיחה – צד נגד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פתיחה – צד בעד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נושא מתוך אחד התחומים בדף (למשל בית הספר או טכנולוגיה ומסכים) וכתבו משפט פתיחה קצר לצד ״בעד״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ארבעת הקריטריונים במחוון השיפוט?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שלב הטיעונים לשלב ההפרכה?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הזירה – מתווכחים בכבוד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