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הזירה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הדיבייט ושלביו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קריטריוני השיפוט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ותגובות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מגרילים נושא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לתמוך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 עד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נקודת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תמיד שני צדדים, בעד ונגד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בשלב הטיימר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מארבעת הקריטריונים הוא כבוד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הציון המקסימלי בכל קריטריון הוא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השלב הראשון הוא שלב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התייעצות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(הצגת העמדה הראשונית של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(הבאת נימוקים ודוגמאות לתמיכה בעמדה)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(מענה לטענות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(חיזוק העמדה בסוף הדיון)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צד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– צד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 – צד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טיעונים – צד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התייעצות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שמציג עמדה תומכת בנושא שנבחר, בלי טיעונים אישיים פוגעניים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טיעון חזק כולל נימוק או דוגמה, טיעון חלש הוא משפט כללי בלי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בהירות, ראיות, כבוד והקשבה, הפרכה ומענה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בטיעונים מציגים עמדה חדשה, בהפרכה עונים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קבוצה מתנהגת בצורה מכבדת במיוחד במהלך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שלב אחד מהטיימר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המחוון בעזרת דוגמה קצרה לפני מילוי תרגילי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אפשר לעבוד בזוגות, אחד כותב בעד ואחד נגד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הזירה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משחק ויכוח. שתי קבוצות מדברות על נושא, לכל שלב יש זמן, ובסוף נותנים ציון לפי טבלה.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מסודר בין שתי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הצד שבו הקבוצה תומכת, בעד או נגד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שמסביר למה העמדה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לטענות של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שבעזרתה נותנים ציון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דוגמאות ונימוקים שתומכים בטיעון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נוסף על התנהגות מכבדת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התייעצות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שבו הקבוצה מתכננת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מגרילים נושא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נותנים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מתחילים בהפרכה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קצב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צדדים יש בוויכוח?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הצד שתומך?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לתמוך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לשפוט את הקבוצה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להפעיל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מספרים אפשר לתת בכל קריטריון?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עד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עד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עד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 עד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תוספת מיוחדת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 שלישית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בזירה יש רק צד אחד שמדבר במהלך הדיון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קצב טיימר: קצר, רגיל או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כולל קריטריון של כבוד והקשבה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הציון המקסימלי בכל קריטריון הוא 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בטיימר הוא שלב הסיכום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ה__________ כל צד מציג לראשונה את העמדה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קריטריון ה__________ בודק אם הטענות נתמכות בנימוקים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שלב ה__________ מתקיים בין שלב הטיעונים לשלב ההפרכה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להוסיף נקודת __________ על רגע מכבד במיוחד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הבאת נימוקים ודוגמאות לתמיכה בעמדה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חיזוק העמדה בסוף הדיון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הצגת העמדה הראשונית של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מענה לטענות של הצד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טיעונים – צד 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טיעונים – צד בעד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צד בעד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צד 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מתוך אחד התחומים בדף (למשל בית הספר או טכנולוגיה ומסכים) וכתבו משפט פתיחה קצר לצד ״בעד״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לטיעון חזק (עם נימוק או דוגמה) וטיעון חלש (בלי הסבר) על אותו 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הקריטריונים במחוון השיפוט?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שלב הטיעונים לשלב ההפרכה?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אפשר לתת לקבוצה נקודת כבוד?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הזירה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