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הזירה –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הדיבייט ושלביו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קריטריוני השיפוט במחוון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טיעונים ותגובות 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מגרילים נושא לדיון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לתמוך בעמדה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 עד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נקודת 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תמיד שני צדדים, בעד ונגד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 בשלב הטיימר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אחד מארבעת הקריטריונים הוא כבוד והקשבה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הציון המקסימלי בכל קריטריון הוא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השלב הראשון הוא שלב הפתיחה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התייעצות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(הצגת העמדה הראשונית של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(הבאת נימוקים ודוגמאות לתמיכה בעמדה)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(מענה לטענות של הצד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(חיזוק העמדה בסוף הדיון)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– צד בעד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פתיחה – צד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טיעונים – צד בעד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טיעונים – צד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התייעצות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ברור שמציג עמדה תומכת בנושא שנבחר, בלי טיעונים אישיים פוגעניים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טיעון חזק כולל נימוק או דוגמה, טיעון חלש הוא משפט כללי בלי 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בהירות, ראיות, כבוד והקשבה, הפרכה ומענה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בטיעונים מציגים עמדה חדשה, בהפרכה עונים לצד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כאשר קבוצה מתנהגת בצורה מכבדת במיוחד במהלך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שלב אחד מהטיימר בכיתה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את המחוון בעזרת דוגמה קצרה לפני מילוי תרגילי ההתאמה וההשלמה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הכתיבה אפשר לעבוד בזוגות, אחד כותב בעד ואחד נגד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הזירה –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הזירה שתי קבוצות מתווכחות על נושא שהוגרל, לפי שלבים עם טיימר, ובסוף שופטים אותן לפי מחוון עם ארבעה קריטריונים.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בשלב הראשון בזירה?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מגרילים נושא לדיון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נותנים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מתחילים בהפרכה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בוחרים קצב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קבוצות משתתפות בדיבייט בזירה?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 הצד ״בעד״?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לתמוך בעמדה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לשפוט את הקבוצה השנייה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את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להפעיל את הטיימר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רמות ציון יש בכל קריטריון במחוון?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עד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עד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 עד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0 עד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להוסיף מעבר לציון הרגיל במחוון?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נקודת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נושא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קבוצה שלישית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בזירה יש רק צד אחד שמדבר במהלך הדיון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קצב טיימר: קצר, רגיל או ארוך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המחוון כולל קריטריון של כבוד והקשבה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הציון המקסימלי בכל קריטריון הוא 10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בטיימר הוא שלב הסיכום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ה__________ כל צד מציג לראשונה את העמדה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קריטריון ה__________ בודק אם הטענות נתמכות בנימוקים ודוגמאות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שלב ה__________ מתקיים בין שלב הטיעונים לשלב ההפרכה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להוסיף נקודת __________ על רגע מכבד במיוחד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מענה לטענות של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טיעונים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הצגת העמדה הראשונית של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חיזוק העמדה בסוף הדיון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הבאת נימוקים ודוגמאות לתמיכה בעמדה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בטיימר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– צד נגד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טיעונים – צד בעד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התייעצות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– צד בעד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טיעונים – צד נגד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מתוך אחד התחומים בדף (למשל בית הספר או טכנולוגיה ומסכים) וכתבו משפט פתיחה קצר לצד ״בעד״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לטיעון חזק (עם נימוק או דוגמה) וטיעון חלש (בלי הסבר) על אותו נושא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הקריטריונים במחוון השיפוט?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שלב הטיעונים לשלב ההפרכה?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אפשר לתת לקבוצה נקודת כבוד?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הזירה – מתווכחים בכבוד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